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rPr>
          <w:rFonts w:ascii="Arial" w:hAnsi="Arial" w:cs="Arial"/>
          <w:b/>
          <w:color w:val="4F3CC9"/>
          <w:sz w:val="36"/>
          <w:rtl w:val="1"/>
          <w:bCs/>
          <w:szCs w:val="36"/>
        </w:rPr>
        <w:t>מפתח תשובות – דפי העבודה</w:t>
      </w:r>
    </w:p>
    <w:p>
      <w:pPr>
        <w:bidi w:val="1"/>
        <w:jc w:val="right"/>
      </w:pPr>
      <w:r>
        <w:rPr>
          <w:rFonts w:ascii="Arial" w:hAnsi="Arial" w:cs="Arial"/>
          <w:b/>
          <w:color w:val="2B55D9"/>
          <w:sz w:val="28"/>
          <w:rtl w:val="1"/>
          <w:bCs/>
          <w:szCs w:val="28"/>
        </w:rPr>
        <w:t>שם המספר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א. בחרו את המספר המתאים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1. ב – שלושה. ילד אחד ← זכר. בזכר המספר בא עם ה׳ בסוף: שלושה ילדים.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2. ג – חמש. מחברת אחת ← נקבה. בנקבה המספר בלי ה׳: חמש מחברות.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3. א – שני. לפני שם עצם בזכר אומרים שני: שני אחים. ״שניים״ – רק כשאין שם עצם אחרי המספר.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4. א – שתי. לפני שם עצם בנקבה אומרים שתי: שתי אחיות.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5. ב – אחת. ״ילדה״ – נקבה, ולכן אחת. המספר 1 בא אחרי שם העצם: ילדה אחת.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6. א – שבעה. יום אחד ← זכר ← שבעה ימים.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7. ב – ארבעה. חדר אחד ← זכר ← ארבעה חדרים.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8. ג – שש. שכונה אחת ← נקבה ← שש שכונות.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9. א – שלוש. מלכודת! ״שנים״ נגמרת ב־ים, אבל שנה אחת – נקבה. לכן: שלוש שנים.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10. ג – תשע. מילה אחת ← נקבה (למרות הסיומת ־ים) ← תשע מילים.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11. ב – חמישה. מלכודת! ״חלונות״ נגמרת ב־ות, אבל חלון אחד – זכר. לכן: חמישה חלונות.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12. א – עשר. ביצה אחת ← נקבה ← עשר ביצים.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13. ב – שמונה. 8 נכתב ״שמונה״ גם בזכר וגם בנקבה (רק הניקוד שונה: שְׁמוֹנָה כִּסְאוֹת / שְׁמוֹנֶה בָּנוֹת).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14. א – ארבע. עיר – נקבה (עיר גדולה), אף שאין לה ה׳ בסוף. לכן: ארבע ערים.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15. ב – שני. שבוע אחד ← זכר ← שני שבועות.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16. ג – אחד עשר. שחקן – זכר. 11 בזכר: אחד עשר.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17. א – חמש עשרה. תלמידה – נקבה. 15 בנקבה: חמש עשרה. (בנקבה: ״עשרה״ עם ה׳ בסוף.)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18. א – שנים עשר. חודש – זכר. 12 בזכר: שנים עשר.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19. א – שתים עשרה. שעה – נקבה. 12 בנקבה: שתים עשרה.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20. ג – שמונה עשרה. שנה – נקבה ← שמונה עשרה שנים. (״בת שמונה עשרה״)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21. ג – ארבעה עשר. קילומטר – זכר ← ארבעה עשר.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22. ב – עשרים ואחד. ילד – זכר ← עשרים ואחד ילדים. העשרות (20, 30...) זהות בזכר ובנקבה, משנים רק את היחידות.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23. ג – עשרים ושתיים. במספר מורכב היחידה לא בסמיכות: עשרים ושתיים מורות (לא ״ושתי״).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24. א – מאתיים. 200 = מאתיים (צורת זוגי של מאה).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25. ג – שלוש מאות. ״מאה״ היא נקבה, ולכן: שלוש מאות, ארבע מאות... – לא משנה מה שם העצם שאחריה.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26. ג – שלושת אלפים. ״אלף״ הוא זכר, ובאלפים משתמשים בסמיכות: שלושת אלפים, ארבעת אלפים... עשרת אלפים.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27. ג – אלפיים. 2,000 = אלפיים (צורת זוגי של אלף).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28. ג – שלוש עשרה. דירה – נקבה ← שלוש עשרה דירות.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29. א – חמישים ותשעה. שקל – זכר ← חמישים ותשעה שקלים.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30. א – עשרת אלפים. 10,000 = עשרת אלפים (סמיכות, כמו שלושת אלפים).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31. ג – חמש. מספר של קו הוא ״שם״ של המספר – מספר סתמי, ותמיד בנקבה: קו חמש.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32. ב – שלוש. מספר עמוד = מספר סתמי ← נקבה: עמוד שלוש.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33. א – שתים עשרה. מספר חדר = מספר סתמי ← נקבה: חדר שתים עשרה.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34. ב – שבע. בחשבון סופרים בנקבה (מספר סתמי): שלוש ועוד ארבע שווה שבע.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35. ג – חמישה. בתאריכים סופרים את הימים, ו״יום״ הוא זכר: בחמישה בנובמבר.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36. א – אחד. היום הראשון בחודש: ״באחד ביוני״ או ״בראשון ביוני״ – בזכר, כי ״יום״ זכר.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37. ב – שניים. תאריך – בזכר: בשניים במרץ.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38. ג – שלוש. ״שעה״ – נקבה, ולכן השעות בנקבה: בשעה שלוש.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39. ג – שתיים. שעות – בנקבה: בשתיים וחצי.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40. ב – שלישית. קומה – נקבה, והסודר מתאים לה: בקומה השלישית.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41. ב – ראשון. יום – זכר ← היום הראשון. מספר סודר בא אחרי שם העצם ומתאים לו במין ובידיעה.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42. ב – שנייה. פעם – נקבה ← הפעם השנייה.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43. ג – שלושת. לפני שם עצם מיודע בזכר – סמיכות: שלושת הילדים (כל השלושה).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44. א – שלוש. בנקבה הסמיכות נכתבת כמו הצורה הרגילה: שלוש הבנות (נהגה שְׁלוֹשׁ).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45. ג – שתי. יד – נקבה ← שתי הידיים.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46. ב – עשירית. שורה – נקבה ← השורה העשירית.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47. א – שתיים. מספר רציף הוא ״שם״ – מספר סתמי ← נקבה: רציף שתיים.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48. ג – חמשת. חוש – זכר, ובצירוף מיודע: חמשת החושים.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ב. משימות חיים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49. ב – ארבעים וחמישה שקלים. שקל – זכר ← ארבעים וחמישה שקלים.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50. ב – שישה שקלים וחמישים אגורות. שקל – זכר (שישה), אגורה – נקבה (חמישים אגורות; בעשרות אין הבדל).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51. ב – שלושים שקלים. 3 × 10 = 30 ← שלושים שקלים.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52. ג – באחד בדצמבר. תאריך – בזכר: באחד בדצמבר (או: בראשון בדצמבר).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53. ב – בעשרים ושניים במרץ. תאריך – בזכר: בעשרים ושניים במרץ.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54. ב – בשמונה ורבע. השעה בנקבה: שמונה ורבע.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55. א – באחת בצהריים. שעה – נקבה ← באחת.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56. ג – מרציף שתיים. מספר רציף – מספר סתמי ← נקבה.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57. ג – יומיים. 2 ימים = יומיים (צורת הזוגי). כך גם: שבועיים, חודשיים, שנתיים, שעתיים.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58. ב – חמש. ספרות של מספר טלפון – מספר סתמי ← נקבה.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ג. תקנו את הטעות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59. ב – בכיתה שלנו יש שלושה תלמידים חדשים.. תלמיד – זכר ← שלושה תלמידים.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60. א – חיכיתי שני שבועות לתשובה.. שבוע – זכר ← שני שבועות.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61. ג – קניתי חמש מחברות לשנה החדשה.. מחברת – נקבה ← חמש מחברות.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62. א – הוא גר בארץ כבר שלוש שנים.. שנה – נקבה (גם ברבים ״שנים״) ← שלוש שנים.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63. א – יש לי אחות אחת.. ״אחד/אחת״ באים אחרי שם העצם: אחות אחת.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64. ב – במשחק השתתפו שנים עשר שחקנים.. שחקן – זכר ← שנים עשר שחקנים.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65. ב – קיבלנו שלושת אלפים שקלים מהקרן.. באלפים: שלושת אלפים (סמיכות של ״אלף״, שהוא זכר).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66. א – בבניין יש עשרים ושתיים דירות.. דירה – נקבה, ובמספר מורכב: עשרים ושתיים דירות.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67. א – הספר עולה חמישים ותשעה שקלים.. שקל – זכר ← חמישים ותשעה שקלים.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68. א – האוטובוס הגיע בשעה שלוש.. שעה – נקבה ← בשעה שלוש.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69. א – עלינו לקו שבע ליד הבית.. מספר קו – מספר סתמי ← נקבה: קו שבע.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70. ג – שלושת הילדים הלכו הביתה.. לפני שם עצם מיודע בזכר: שלושת הילדים.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71. ב – המבחן ייערך בשניים בדצמבר.. תאריכים בזכר (״יום״): בשניים בדצמבר.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72. א – אנחנו גרים בקומה השלישית.. קומה – נקבה ← הקומה השלישית.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ד. איך קוראים?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73. א – ארבע תלמידות. תלמידה – נקבה ← ארבע.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74. ב – ארבעה תלמידים. תלמיד – זכר ← ארבעה.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75. א – שתי עוגות. עוגה – נקבה, ולפני שם עצם: שתי.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76. ב – שני שקלים. שקל – זכר ← שני שקלים.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77. א – אחת עשרה בנות. בת – נקבה ← אחת עשרה.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78. ב – שבעה עשר ילדים. ילד – זכר ← שבעה עשר.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79. ב – שנים עשר חודשים. חודש – זכר ← שנים עשר.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80. ג – שלוש מאות מטר. ״מאה״ נקבה ← שלוש מאות.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81. ב – חמשת אלפים איש. באלפים – סמיכות: חמשת אלפים.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82. ב – קו תשע. מספר סתמי ← נקבה.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83. ב – בחמישה עשר באוגוסט. תאריך – בזכר.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84. ג – באחת עשרה וחצי. שעה – בנקבה.</w:t>
      </w:r>
    </w:p>
    <w:p>
      <w:pPr>
        <w:bidi w:val="1"/>
        <w:jc w:val="right"/>
      </w:pPr>
      <w:r>
        <w:rPr>
          <w:rFonts w:ascii="Arial" w:hAnsi="Arial" w:cs="Arial"/>
          <w:b/>
          <w:color w:val="2B55D9"/>
          <w:sz w:val="28"/>
          <w:rtl w:val="1"/>
          <w:bCs/>
          <w:szCs w:val="28"/>
        </w:rPr>
        <w:t>מילות קישור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שאלות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1. ד – לכן. הגשם הוא הסיבה, ודחיית המשחק – התוצאה. ״לכן״ = תוצאה.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2. ב – מפני ש. אחרי המילה באה הסיבה (ירד גשם) ← ״מפני ש״ = סיבה.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3. א – למרות ש. ציפינו שהמשחק יידחה, וזה לא קרה ← ויתור: ״למרות ש״.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4. ד – ואילו. משווים בין שני אנשים שונים ← ניגוד: ״ואילו״.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5. ד – כדי. המטרה של הלימוד – להצליח ← תכלית: ״כדי״ + שם פועל.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6. א – כי. ״לא היה לנו כוח״ – זו הסיבה ← ״כי״.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7. ב – כדי ש. המטרה – שכולם יבינו ← תכלית. ״כדי ש״ + פועל בעתיד.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8. ב – כמו כן. מוסיפים מידע נוסף ← הוספה: ״כמו כן״ (או ״בנוסף לכך״).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9. ג – למרות זאת. היינו מצפים שינוח, אבל הוא המשיך ← ויתור: ״למרות זאת״.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10. ד – בזכות. העבודה הקשה היא הסיבה הטובה להצלחה ← ״בזכות״ + שם עצם = סיבה.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11. ב – בגלל. ״בגלל״ + שם עצם = סיבה. (בגלל ש + משפט.)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12. ב – כתוצאה מכך. מה קרה בגלל שהכרטיסים נמכרו? ← תוצאה: ״כתוצאה מכך״.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13. ב – ואילו. משווים בין שני מקומות ← ניגוד.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14. א – אף על פי. צפוי שעולה חדש ידבר פחות טוב – והמצב הפוך ← ויתור: ״אף על פי ש״.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15. ב – על מנת. המטרה – לזכות ← תכלית: ״על מנת ל...״.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16. א – ובכל זאת. האיחור היה צריך לגרום לנו לאחר – ולא קרה ← ויתור: ״ובכל זאת״.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17. ב – יתר על כן. מוסיפים יתרון נוסף, חזק יותר ← הוספה: ״יתר על כן״.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18. א – מאחר. בקשת התלמידים היא הסיבה ← ״מאחר ש״ = סיבה.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19. ג – תוצאה. ״לפיכך״ = לכן ← תוצאה.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20. ג – סיבה. ״הואיל ו...״ = מפני ש... ← סיבה.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21. ב – ויתור. ״אף ש...״ = למרות ש... ← ויתור.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22. ב – מפני ש. ״כי״ ו״מפני ש״ – שתיהן מביעות סיבה.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23. ב – ויתור. הרעש היה אמור להפריע – ובכל זאת התרכזו ← ויתור.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24. א – תכלית. ״לשם״ + שם עצם = המטרה ← תכלית.</w:t>
      </w:r>
    </w:p>
    <w:p>
      <w:pPr>
        <w:bidi w:val="1"/>
        <w:jc w:val="right"/>
      </w:pPr>
      <w:r>
        <w:rPr>
          <w:rFonts w:ascii="Arial" w:hAnsi="Arial" w:cs="Arial"/>
          <w:b/>
          <w:color w:val="2B55D9"/>
          <w:sz w:val="28"/>
          <w:rtl w:val="1"/>
          <w:bCs/>
          <w:szCs w:val="28"/>
        </w:rPr>
        <w:t>מילות יחס ונטייה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שאלות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1. ד – עליהם. על + הם = עליהם.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2. א – אלינו. אל + אנחנו = אלינו.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3. ב – אותו. את + הוא = אותו.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4. ג – ממנו. מ + הוא = ממנו.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5. ג – ממנה. מ + היא = ממנה.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6. ד – איתך. עם + את = איתך.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7. ד – איתנו. עם + אנחנו = איתנו.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8. א – מכם. מ + אתם = מכם.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9. ד – עליהן. על + הן = עליהן (נקבה רבות).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10. ג – אתכם. את + אתם = אתכם.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11. א – לכן. ל + אתן = לָכֶן. שימו לב: זו לא מילת הקישור ״לָכֵן״!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12. ג – עלייך. על + את = עלייך (בכתיב מלא – שתי יו״ד).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13. ג – ב. מתעניינים בְּ... (להתעניין ב).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14. א – ל. מתגעגעים לְ... (להתגעגע ל).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15. א – ב. דנים בְּ... (לדון ב).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16. ג – על. מוותרים על...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17. א – מ. מפחדים מ...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18. א – ב. משתתפים בְּ...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19. א – ל. מחכים לְ...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20. ג – ל. מתרגלים לְ...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21. ב – על. משפיעים על...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22. א – מ. נהנים מ...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23. ג – ב. מטפלים בְּ...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24. ב – ב. משתמשים בְּ...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25. ב – בו. להתעניין ב ← ב + הוא = בו.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26. א – עליה. לחשוב על ← על + היא = עליה.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27. ג – ממנו. לפחד מ ← מ + הוא = ממנו.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28. א – להם. לעזור ל ← ל + הם = להם.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29. ב – הוועד החליט לטפל בבעיה.. לטפל ב – נכון. (מתעניינת באמנות, מתגעגעת למשפחה, השתתפו בטקס.)</w:t>
      </w:r>
    </w:p>
    <w:p>
      <w:pPr>
        <w:bidi w:val="1"/>
        <w:jc w:val="right"/>
      </w:pPr>
      <w:r>
        <w:rPr>
          <w:rFonts w:ascii="Arial" w:hAnsi="Arial" w:cs="Arial"/>
          <w:b/>
          <w:color w:val="2B55D9"/>
          <w:sz w:val="28"/>
          <w:rtl w:val="1"/>
          <w:bCs/>
          <w:szCs w:val="28"/>
        </w:rPr>
        <w:t>מערכת הפועל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שאלות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1. ד – עתיד. א׳ בהתחלה = אני בעתיד: אכתוב.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2. ג – עבר. הסיומת ־נו בסוף = אנחנו בעבר.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3. ג – קנו. גזרת ל״י: קונים ← קנו (כמו: שותים ← שתו).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4. ב – בנתה. ל״י בעבר, היא: בנתה (ה׳ השורש הופכת ל־ת׳).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5. ב – רציתי. ל״י בעבר, אני: רציתי (י׳ חוזרת לפני הסיומת).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6. ב – נשתה. ל״י בעתיד, אנחנו: נשתה.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7. א – ראו. ל״י בעבר, הם: ראו.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8. ג – ניסה. בניין פיעל, ל״י: מנסה ← ניסה.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9. ג – תעני. ל״י בעתיד, את: תעני.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10. א – התפעל. התחלה ״הִתְ־״ ← התפעל.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11. ב – הפעיל. הִ־ ... ־י־ (הִזְמִין) ← הפעיל.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12. ד – פיעל. חיריק באות הראשונה ודגש באות השנייה (סִפֵּר) ← פיעל.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13. א – נפעל. נ׳ בהתחלה בעבר (נִכְנַס) ← נפעל.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14. ד – הופעל. הוּ־ בהתחלה ← הופעל (הסביל של הפעיל).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15. ג – פועל. ״וּ״ אחרי האות הראשונה (סוּדַּר) ← פועל (הסביל של פיעל).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16. ג – נִכְתַּב. קל ← נפעל: כתב ← נכתב.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17. ב – סוּדַּר. פיעל ← פועל: סידר ← סודר.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18. ב – הוּזְמַן. הפעיל ← הופעל: הזמין ← הוזמן.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19. ב – תּוּקַּן. פיעל ← פועל: תיקן ← תוקן.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20. א – הוּדְלַק. הפעיל ← הופעל: הדליק ← הודלק.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21. א – נִשְׁלַח. קל ← נפעל: שלח ← נשלח.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22. ג – המחשב תוקן על ידי הטכנאי.. מי שקיבל את הפעולה (המחשב) עובר להתחלה; תיקן (פיעל) ← תוקן (פועל); הזמן נשאר עבר.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23. ב – ההורים הוזמנו על ידי המורה.. הזמינה (הפעיל) ← הוזמנו (הופעל). הפועל מתאים לנושא החדש – ההורים (רבים).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24. ד – העבודה נכתבה על ידי התלמידים.. הפועל בסביל מתאים לנושא החדש: העבודה (נקבה, יחידה) ← נכתבה.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25. ב – גן חדש ייבנה על ידי העירייה.. תבנה (עתיד) ← ייבנה (עתיד, נפעל). שומרים על הזמן המקורי!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26. ב – הטיול מאורגן על ידי הוועד.. מארגן (פיעל, הווה) ← מאורגן (פועל, הווה).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27. ג – השומר פתח את הדלת.. נפתחה (נפעל) ← פתח (קל). הפועל מתאים לנושא – השומר (זכר).</w:t>
      </w:r>
    </w:p>
    <w:p>
      <w:pPr>
        <w:bidi w:val="1"/>
        <w:jc w:val="right"/>
      </w:pPr>
      <w:r>
        <w:rPr>
          <w:rFonts w:ascii="Arial" w:hAnsi="Arial" w:cs="Arial"/>
          <w:b/>
          <w:color w:val="2B55D9"/>
          <w:sz w:val="28"/>
          <w:rtl w:val="1"/>
          <w:bCs/>
          <w:szCs w:val="28"/>
        </w:rPr>
        <w:t>התאמה דקדוקית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שאלות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1. ג – חדשים. שולחן אחד – זכר ← שולחנות חדשים (למרות הסיומת ־ות).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2. א – מפורטת. תוכנית – נקבה, יחידה ← תוכנית מפורטת.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3. ד – גדולות. עיר – נקבה ← ערים גדולות (למרות הסיומת ־ים).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4. ב – קשות. מילה – נקבה ← מילים קשות.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5. א – פתוחים. חלון – זכר ← חלונות פתוחים.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6. ג – טובות. שנה – נקבה ← שנים טובות.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7. א – ארוכים. לילה – זכר (אף שהוא נגמר ב־ה) ← לילות ארוכים.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8. א – כבדות. אבן – נקבה ← אבנים כבדות.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9. ג – כחולות. עין – נקבה ← עיניים כחולות.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10. ב – יפים. מקום – זכר ← מקומות יפים.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11. ג – לבנים. קיר – זכר ← קירות לבנים.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12. ב – תוכנית הלימודים החדשה. בסמיכות התואר מתאים למילה הראשונה (תוכנית – נקבה, יחידה).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13. ד – בית הספר החדש. מתאים ל״בית״ (זכר); בצירוף מיודע – גם התואר מיודע: בית הספר החדש.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14. ג – פגשנו אנשים נחמדים בטיול.. אנשים – זכר, רבים ← נחמדים. (כיסאות חדשים, הרים גבוהים, הבית הגדול.)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15. ג – נוסעות. גם הפועל מתאים לנושא: מכונית – נקבה, רבים ← נוסעות.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16. ב – חכמות. אישה – נקבה ← נשים חכמות (הרבים ״נשים״ נגמר ב־ים).</w:t>
      </w:r>
    </w:p>
    <w:p>
      <w:pPr>
        <w:bidi w:val="1"/>
        <w:jc w:val="right"/>
      </w:pPr>
      <w:r>
        <w:rPr>
          <w:rFonts w:ascii="Arial" w:hAnsi="Arial" w:cs="Arial"/>
          <w:b/>
          <w:color w:val="2B55D9"/>
          <w:sz w:val="28"/>
          <w:rtl w:val="1"/>
          <w:bCs/>
          <w:szCs w:val="28"/>
        </w:rPr>
        <w:t>שכתוב משפטים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שאלות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1. ב – מאיה אמרה שהיא עייפה.. בעקיף ״אני״ ← ״היא״, ומוסיפים ש... . בעברית שומרים על הזמן של המשפט המקורי (עייפה – הווה).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2. ב – יוסף אמר לי שהוא יעזור לי.. אני ← הוא; לך ← לי (כי אני מספר/ת); עתיד נשאר עתיד.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3. א – המורה שאלה את התלמידים אם הם סיימו.. שאלת כן/לא ← ״אם״ (או ״האם״); אתם ← הם.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4. א – אמא שאלה אותי מתי אחזור.. שאלה עם מילת שאלה ← מילת השאלה נשארת (מתי); תחזור (אתה) ← אחזור (אני).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5. ד – הרופא אמר לחולה שהוא ממליץ לו לנוח.. אני ← הוא (הרופא); לך ← לו (החולה).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6. ג – המאמנת ביקשה מהשחקניות להתאמן כל יום.. ציווי ← ״ביקשה מ... ל...״ + שם פועל (או: ״ביקשה שיתאמנו״).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7. ג – רונית סיפרה: ״אני גרה בחיפה.״. מעקיף לישיר: היא ← אני; הזמן נשאר הווה.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8. א – אמרתי לחבר שלי: ״אני מתגעגע אליך.״. אליו (החבר) ← אליך, כי עכשיו מדברים אליו ישירות.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9. ג – נשארנו בבית כי ירד גשם.. ״בגלל + שם עצם״ ← ״כי / בגלל ש + משפט״. המשמעות (סיבה) לא משתנה.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10. ד – לפני שיצאנו מהבית, כיבינו את האור.. ״לפני + שם פעולה״ ← ״לפני ש + פועל״.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11. ג – אחרי סיום המבחן, יצאנו להפסקה.. ״סיימנו״ ← שם הפעולה ״סיום״: אחרי סיום המבחן.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12. א – אף על פי שהיה עייף, הוא המשיך ללמוד.. שומרים על קשר הוויתור: ״למרות + צירוף״ ← ״אף על פי ש / למרות ש + משפט״.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13. א – הם התאמנו לשם שיפור הכושר.. ״כדי + שם פועל״ ← ״לשם + שם פעולה״: לשפר ← שיפור.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14. א – הכביש נסגר על ידי המשטרה.. סגרה (קל) ← נסגר (נפעל); הזמן נשאר עבר.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15. א – התוצאות פורסמו על ידי הוועד.. פרסם (פיעל) ← פורסמו (פועל); מתאים לנושא החדש – התוצאות (רבות).</w:t>
      </w:r>
    </w:p>
    <w:p>
      <w:pPr>
        <w:bidi w:val="1"/>
        <w:jc w:val="right"/>
      </w:pPr>
      <w:r>
        <w:rPr>
          <w:rFonts w:ascii="Arial" w:hAnsi="Arial" w:cs="Arial"/>
          <w:b/>
          <w:color w:val="2B55D9"/>
          <w:sz w:val="28"/>
          <w:rtl w:val="1"/>
          <w:bCs/>
          <w:szCs w:val="28"/>
        </w:rPr>
        <w:t>קריאה ודקדוק בטקסט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שאלות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1. ג – כי הספרים עזרו לה ללמוד עברית, והיא רצתה לתת משהו בחזרה.. פסקה 2: ״הספרים עזרו לי ללמוד עברית, ולכן רציתי לתת משהו בחזרה.״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2. ג – במספר מורכב היחידה באה בצורה הרגילה, לא בסמיכות.. שני ספרים – אבל עשרים ושניים ספרים.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3. א – כי זה מספר סתמי – ״שם״ של קו – והוא תמיד בנקבה.. מספרי קווים, עמודים וחדרים – מספר סתמי ← נקבה.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4. א – באחד בדצמבר. תאריך – בזכר: באחד בדצמבר (או: בראשון בדצמבר).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5. ג – שכן – זכר ולכן ״שני״; בת – נקבה ולכן ״שלוש״.. מתאימים את המספר למין של שם העצם.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6. ג – תוצאה. הספרים עזרו (סיבה) ← רציתי לתת בחזרה (תוצאה).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7. ג – ויתור. היא חששה – ובכל זאת המשיכה ← ויתור.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8. ג – אליו. אל + הוא = אליו.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9. ב – לספר האהוב. קוראים קטע מתוך הספר האהוב שהביאו.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10. ב – הופעל. הוּ־ ← הופעל, הסביל של הפעיל (הניחו ← הונחו).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11. א – השכנים בנו מדף עץ על הקיר.. נבנה (נפעל) ← בנו (קל); לפי הטקסט, שני שכנים בנו את המדף.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12. ג – היא מספרת שהיא לא הכירה אף אחד.. אני ← היא; הזמן נשאר עבר.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13. ד – ספרייה – נקבה ← חדשה; חברים – זכר רבים ← חדשים.. התאמה במין ובמספר.</w:t>
      </w:r>
    </w:p>
    <w:p>
      <w:pPr>
        <w:bidi w:val="1"/>
        <w:jc w:val="right"/>
      </w:pPr>
      <w:r>
        <w:rPr>
          <w:rFonts w:ascii="Arial" w:hAnsi="Arial" w:cs="Arial"/>
          <w:b/>
          <w:color w:val="2B55D9"/>
          <w:sz w:val="28"/>
          <w:rtl w:val="1"/>
          <w:bCs/>
          <w:szCs w:val="28"/>
        </w:rPr>
        <w:t>שאלות פתוחות – תשובה לדוגמה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2. מאיה מספרת שכאשר היא הגיעה לכאן, היא לא הכירה אף אחד. היא מספרת שהספרים עזרו לה ללמוד עברית, ולכן היא רצתה לתת משהו בחזרה.</w:t>
      </w:r>
    </w:p>
    <w:p>
      <w:pPr>
        <w:bidi w:val="1"/>
        <w:jc w:val="right"/>
      </w:pPr>
      <w:r>
        <w:rPr>
          <w:rFonts w:ascii="Arial" w:hAnsi="Arial" w:cs="Arial"/>
          <w:color w:val="555555"/>
          <w:sz w:val="20"/>
          <w:rtl w:val="1"/>
          <w:szCs w:val="20"/>
        </w:rPr>
        <w:t>יצרה: רוית ראש בן ישי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